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B269" w14:textId="77777777" w:rsidR="00086E89" w:rsidRDefault="00086E89" w:rsidP="00B84CD0">
      <w:pPr>
        <w:spacing w:after="0" w:line="240" w:lineRule="auto"/>
        <w:jc w:val="center"/>
        <w:rPr>
          <w:b/>
          <w:sz w:val="22"/>
        </w:rPr>
      </w:pPr>
    </w:p>
    <w:p w14:paraId="1A120FB2" w14:textId="3D7FD31C" w:rsidR="00E02F07" w:rsidRPr="00B84CD0" w:rsidRDefault="00000000" w:rsidP="00B84CD0">
      <w:pPr>
        <w:spacing w:after="0" w:line="240" w:lineRule="auto"/>
        <w:jc w:val="center"/>
        <w:rPr>
          <w:sz w:val="22"/>
        </w:rPr>
      </w:pPr>
      <w:r w:rsidRPr="00B84CD0">
        <w:rPr>
          <w:b/>
          <w:sz w:val="22"/>
        </w:rPr>
        <w:t>INSTITUTO SUPERIOR TECNOLÓGICO CONSULTING GROUP ECUADOR</w:t>
      </w:r>
    </w:p>
    <w:p w14:paraId="41F0D59D" w14:textId="77777777" w:rsidR="00E02F07" w:rsidRPr="00B84CD0" w:rsidRDefault="00000000" w:rsidP="00B84CD0">
      <w:pPr>
        <w:spacing w:after="0" w:line="240" w:lineRule="auto"/>
        <w:jc w:val="center"/>
        <w:rPr>
          <w:sz w:val="22"/>
        </w:rPr>
      </w:pPr>
      <w:r w:rsidRPr="00B84CD0">
        <w:rPr>
          <w:b/>
          <w:sz w:val="22"/>
        </w:rPr>
        <w:t>UNIDAD DE BIENESTAR INSTITUCIONAL</w:t>
      </w:r>
    </w:p>
    <w:p w14:paraId="4F3FB97B" w14:textId="77777777" w:rsidR="00E02F07" w:rsidRPr="00B84CD0" w:rsidRDefault="00000000" w:rsidP="00B84CD0">
      <w:pPr>
        <w:spacing w:after="0" w:line="240" w:lineRule="auto"/>
        <w:jc w:val="center"/>
        <w:rPr>
          <w:b/>
          <w:sz w:val="22"/>
        </w:rPr>
      </w:pPr>
      <w:r w:rsidRPr="00B84CD0">
        <w:rPr>
          <w:b/>
          <w:sz w:val="22"/>
        </w:rPr>
        <w:t>DECLARACIÓN SOCIOECONÓMICA PARA POSTULACIÓN Y/O RENOVACIÓN DE BECA</w:t>
      </w:r>
    </w:p>
    <w:p w14:paraId="0EDC809F" w14:textId="77777777" w:rsidR="00B84CD0" w:rsidRDefault="00B84CD0" w:rsidP="00B84CD0">
      <w:pPr>
        <w:spacing w:after="0" w:line="240" w:lineRule="auto"/>
        <w:jc w:val="center"/>
      </w:pPr>
    </w:p>
    <w:p w14:paraId="5ABB8E88" w14:textId="77777777" w:rsidR="00E02F07" w:rsidRDefault="00000000">
      <w:r>
        <w:t>El presente documento forma parte del expediente de postulación y/o renovación de beca. Su finalidad es registrar la situación socioeconómica declarada por el estudiante y aportar información para la valoración técnica de vulnerabilidad, conjuntamente con los documentos de respaldo disponibles y las verificaciones institucionales que correspondan.</w:t>
      </w:r>
    </w:p>
    <w:p w14:paraId="6857D1FE" w14:textId="77777777" w:rsidR="00E02F07" w:rsidRDefault="00000000">
      <w:r>
        <w:rPr>
          <w:b/>
          <w:sz w:val="22"/>
        </w:rPr>
        <w:t>1. DATOS DEL ESTUDIANTE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699"/>
        <w:gridCol w:w="4697"/>
      </w:tblGrid>
      <w:tr w:rsidR="00E02F07" w14:paraId="0745ABDD" w14:textId="77777777">
        <w:trPr>
          <w:jc w:val="center"/>
        </w:trPr>
        <w:tc>
          <w:tcPr>
            <w:tcW w:w="4703" w:type="dxa"/>
            <w:vAlign w:val="center"/>
          </w:tcPr>
          <w:p w14:paraId="0C1FEE45" w14:textId="77777777" w:rsidR="00E02F07" w:rsidRDefault="00000000">
            <w:r>
              <w:t>Nombres y apellidos:</w:t>
            </w:r>
          </w:p>
        </w:tc>
        <w:tc>
          <w:tcPr>
            <w:tcW w:w="4703" w:type="dxa"/>
            <w:vAlign w:val="center"/>
          </w:tcPr>
          <w:p w14:paraId="40047D3F" w14:textId="456C5FCD" w:rsidR="00E02F07" w:rsidRDefault="00E02F07"/>
        </w:tc>
      </w:tr>
      <w:tr w:rsidR="00E02F07" w14:paraId="6EF428F1" w14:textId="77777777">
        <w:trPr>
          <w:jc w:val="center"/>
        </w:trPr>
        <w:tc>
          <w:tcPr>
            <w:tcW w:w="4703" w:type="dxa"/>
            <w:vAlign w:val="center"/>
          </w:tcPr>
          <w:p w14:paraId="16DEE5D3" w14:textId="77777777" w:rsidR="00E02F07" w:rsidRDefault="00000000">
            <w:r>
              <w:t>Cédula:</w:t>
            </w:r>
          </w:p>
        </w:tc>
        <w:tc>
          <w:tcPr>
            <w:tcW w:w="4703" w:type="dxa"/>
            <w:vAlign w:val="center"/>
          </w:tcPr>
          <w:p w14:paraId="00238D66" w14:textId="69A42066" w:rsidR="00E02F07" w:rsidRDefault="00E02F07"/>
        </w:tc>
      </w:tr>
      <w:tr w:rsidR="00E02F07" w14:paraId="21EFCC5D" w14:textId="77777777">
        <w:trPr>
          <w:jc w:val="center"/>
        </w:trPr>
        <w:tc>
          <w:tcPr>
            <w:tcW w:w="4703" w:type="dxa"/>
            <w:vAlign w:val="center"/>
          </w:tcPr>
          <w:p w14:paraId="27D389CF" w14:textId="77777777" w:rsidR="00E02F07" w:rsidRDefault="00000000">
            <w:r>
              <w:t>Sede:</w:t>
            </w:r>
          </w:p>
        </w:tc>
        <w:tc>
          <w:tcPr>
            <w:tcW w:w="4703" w:type="dxa"/>
            <w:vAlign w:val="center"/>
          </w:tcPr>
          <w:p w14:paraId="795A8D68" w14:textId="587BDC98" w:rsidR="00E02F07" w:rsidRDefault="00E02F07"/>
        </w:tc>
      </w:tr>
      <w:tr w:rsidR="00E02F07" w14:paraId="4FD62F6D" w14:textId="77777777">
        <w:trPr>
          <w:jc w:val="center"/>
        </w:trPr>
        <w:tc>
          <w:tcPr>
            <w:tcW w:w="4703" w:type="dxa"/>
            <w:vAlign w:val="center"/>
          </w:tcPr>
          <w:p w14:paraId="077FCFC0" w14:textId="77777777" w:rsidR="00E02F07" w:rsidRDefault="00000000">
            <w:r>
              <w:t>Carrera:</w:t>
            </w:r>
          </w:p>
        </w:tc>
        <w:tc>
          <w:tcPr>
            <w:tcW w:w="4703" w:type="dxa"/>
            <w:vAlign w:val="center"/>
          </w:tcPr>
          <w:p w14:paraId="4D51A28F" w14:textId="22CA9082" w:rsidR="00E02F07" w:rsidRDefault="00E02F07"/>
        </w:tc>
      </w:tr>
      <w:tr w:rsidR="00E02F07" w14:paraId="5980B973" w14:textId="77777777">
        <w:trPr>
          <w:jc w:val="center"/>
        </w:trPr>
        <w:tc>
          <w:tcPr>
            <w:tcW w:w="4703" w:type="dxa"/>
            <w:vAlign w:val="center"/>
          </w:tcPr>
          <w:p w14:paraId="66E63C84" w14:textId="77777777" w:rsidR="00E02F07" w:rsidRDefault="00000000">
            <w:r>
              <w:t>Modalidad:</w:t>
            </w:r>
          </w:p>
        </w:tc>
        <w:tc>
          <w:tcPr>
            <w:tcW w:w="4703" w:type="dxa"/>
            <w:vAlign w:val="center"/>
          </w:tcPr>
          <w:p w14:paraId="29AC7E94" w14:textId="5016842C" w:rsidR="00E02F07" w:rsidRDefault="00E02F07"/>
        </w:tc>
      </w:tr>
      <w:tr w:rsidR="00E02F07" w14:paraId="79E31115" w14:textId="77777777">
        <w:trPr>
          <w:jc w:val="center"/>
        </w:trPr>
        <w:tc>
          <w:tcPr>
            <w:tcW w:w="4703" w:type="dxa"/>
            <w:vAlign w:val="center"/>
          </w:tcPr>
          <w:p w14:paraId="3A5747C5" w14:textId="77777777" w:rsidR="00E02F07" w:rsidRDefault="00000000">
            <w:r>
              <w:t>Semestre:</w:t>
            </w:r>
          </w:p>
        </w:tc>
        <w:tc>
          <w:tcPr>
            <w:tcW w:w="4703" w:type="dxa"/>
            <w:vAlign w:val="center"/>
          </w:tcPr>
          <w:p w14:paraId="416925FC" w14:textId="0AD967A0" w:rsidR="00E02F07" w:rsidRDefault="00E02F07"/>
        </w:tc>
      </w:tr>
      <w:tr w:rsidR="00E02F07" w14:paraId="1133E294" w14:textId="77777777">
        <w:trPr>
          <w:jc w:val="center"/>
        </w:trPr>
        <w:tc>
          <w:tcPr>
            <w:tcW w:w="4703" w:type="dxa"/>
            <w:vAlign w:val="center"/>
          </w:tcPr>
          <w:p w14:paraId="171338FC" w14:textId="77777777" w:rsidR="00E02F07" w:rsidRDefault="00000000">
            <w:r>
              <w:t>Período académico:</w:t>
            </w:r>
          </w:p>
        </w:tc>
        <w:tc>
          <w:tcPr>
            <w:tcW w:w="4703" w:type="dxa"/>
            <w:vAlign w:val="center"/>
          </w:tcPr>
          <w:p w14:paraId="577DD3D1" w14:textId="51691E38" w:rsidR="00E02F07" w:rsidRDefault="00E02F07"/>
        </w:tc>
      </w:tr>
      <w:tr w:rsidR="00E02F07" w14:paraId="484B9436" w14:textId="77777777">
        <w:trPr>
          <w:jc w:val="center"/>
        </w:trPr>
        <w:tc>
          <w:tcPr>
            <w:tcW w:w="4703" w:type="dxa"/>
            <w:vAlign w:val="center"/>
          </w:tcPr>
          <w:p w14:paraId="0E87FF97" w14:textId="77777777" w:rsidR="00E02F07" w:rsidRDefault="00000000">
            <w:r>
              <w:t>Tipo de beca solicitada:</w:t>
            </w:r>
          </w:p>
        </w:tc>
        <w:tc>
          <w:tcPr>
            <w:tcW w:w="4703" w:type="dxa"/>
            <w:vAlign w:val="center"/>
          </w:tcPr>
          <w:p w14:paraId="126503B3" w14:textId="48B933EB" w:rsidR="00E02F07" w:rsidRDefault="00E02F07"/>
        </w:tc>
      </w:tr>
    </w:tbl>
    <w:p w14:paraId="1681BF93" w14:textId="77777777" w:rsidR="00E02F07" w:rsidRDefault="00000000">
      <w:r>
        <w:rPr>
          <w:b/>
          <w:sz w:val="22"/>
        </w:rPr>
        <w:t>2. COMPOSICIÓN DEL HOGAR</w:t>
      </w:r>
    </w:p>
    <w:p w14:paraId="0A9F29B8" w14:textId="77777777" w:rsidR="00E02F07" w:rsidRDefault="00000000">
      <w:r>
        <w:t>Número total de integrantes del hogar: __________</w:t>
      </w:r>
    </w:p>
    <w:p w14:paraId="17103DFB" w14:textId="77777777" w:rsidR="00E02F07" w:rsidRDefault="00000000">
      <w:r>
        <w:t>Número de personas que generan ingresos: __________</w:t>
      </w:r>
    </w:p>
    <w:p w14:paraId="65267A42" w14:textId="77777777" w:rsidR="00E02F07" w:rsidRDefault="00000000">
      <w:r>
        <w:t>Número de personas que dependen económicamente de los ingresos del hogar: __________</w:t>
      </w:r>
    </w:p>
    <w:p w14:paraId="102D1909" w14:textId="77777777" w:rsidR="00E02F07" w:rsidRDefault="00000000">
      <w:r>
        <w:t>Personas que aportan económicamente al hogar y relación con el estudiante:</w:t>
      </w:r>
    </w:p>
    <w:p w14:paraId="2D2626B1" w14:textId="77777777" w:rsidR="00E02F07" w:rsidRDefault="00000000">
      <w:r>
        <w:t>________________________________________________________________________________</w:t>
      </w:r>
    </w:p>
    <w:p w14:paraId="2BA72586" w14:textId="77777777" w:rsidR="00E02F07" w:rsidRDefault="00000000">
      <w:r>
        <w:t>________________________________________________________________________________</w:t>
      </w:r>
    </w:p>
    <w:p w14:paraId="46575B9F" w14:textId="77777777" w:rsidR="00E02F07" w:rsidRDefault="00000000">
      <w:r>
        <w:rPr>
          <w:b/>
          <w:sz w:val="22"/>
        </w:rPr>
        <w:t>3. SITUACIÓN ECONÓMICA Y LABORAL</w:t>
      </w:r>
    </w:p>
    <w:p w14:paraId="2062C9B7" w14:textId="77777777" w:rsidR="00E02F07" w:rsidRDefault="00000000">
      <w:r>
        <w:t>Ingreso mensual aproximado total del hogar: USD __________</w:t>
      </w:r>
    </w:p>
    <w:p w14:paraId="08E13AFD" w14:textId="77777777" w:rsidR="00E02F07" w:rsidRDefault="00000000">
      <w:r>
        <w:t>Ingreso mensual aproximado del estudiante: USD __________</w:t>
      </w:r>
    </w:p>
    <w:p w14:paraId="43A0B6A7" w14:textId="77777777" w:rsidR="00E02F07" w:rsidRDefault="00000000">
      <w:r>
        <w:t>Principal fuente de ingresos del hogar: __________________________________________</w:t>
      </w:r>
    </w:p>
    <w:p w14:paraId="078C0E19" w14:textId="77777777" w:rsidR="00E02F07" w:rsidRDefault="00000000">
      <w:r>
        <w:t>Situación laboral del estudiante: ☐ Dependencia ☐ Independiente ☐ Informal ☐ Desempleado ☐ Otra: __________</w:t>
      </w:r>
    </w:p>
    <w:p w14:paraId="23057800" w14:textId="77777777" w:rsidR="00E02F07" w:rsidRDefault="00000000">
      <w:r>
        <w:t>Situación laboral de la persona que financia los estudios: __________________________</w:t>
      </w:r>
    </w:p>
    <w:p w14:paraId="23D96434" w14:textId="77777777" w:rsidR="00E02F07" w:rsidRDefault="00000000">
      <w:r>
        <w:t>¿Cuenta con afiliación al IESS? ☐ Sí ☐ No   Modalidad, si corresponde: __________________</w:t>
      </w:r>
    </w:p>
    <w:p w14:paraId="65E5EE50" w14:textId="77777777" w:rsidR="00E02F07" w:rsidRDefault="00000000">
      <w:r>
        <w:t>¿La familia recibe ingresos adicionales o ayudas económicas? ☐ Sí ☐ No</w:t>
      </w:r>
    </w:p>
    <w:p w14:paraId="40F46195" w14:textId="77777777" w:rsidR="00E02F07" w:rsidRDefault="00000000">
      <w:r>
        <w:t>Detalle: _________________________________________________________________________</w:t>
      </w:r>
    </w:p>
    <w:p w14:paraId="7A5067E5" w14:textId="77777777" w:rsidR="00E02F07" w:rsidRDefault="00000000">
      <w:r>
        <w:rPr>
          <w:b/>
          <w:sz w:val="22"/>
        </w:rPr>
        <w:t>4. VIVIENDA</w:t>
      </w:r>
    </w:p>
    <w:p w14:paraId="79AEA311" w14:textId="77777777" w:rsidR="00E02F07" w:rsidRDefault="00000000">
      <w:r>
        <w:t>Tipo de vivienda: ☐ Propia ☐ Arrendada ☐ Prestada ☐ Familiar ☐ Otra: __________</w:t>
      </w:r>
    </w:p>
    <w:p w14:paraId="3BB2AC27" w14:textId="77777777" w:rsidR="00E02F07" w:rsidRDefault="00000000">
      <w:r>
        <w:lastRenderedPageBreak/>
        <w:t>Valor mensual aproximado de arriendo, si corresponde: USD __________</w:t>
      </w:r>
    </w:p>
    <w:p w14:paraId="50831A13" w14:textId="77777777" w:rsidR="00E02F07" w:rsidRDefault="00000000">
      <w:r>
        <w:t>¿La vivienda genera otros gastos relevantes para el hogar? ☐ Sí ☐ No</w:t>
      </w:r>
    </w:p>
    <w:p w14:paraId="508C36CC" w14:textId="77777777" w:rsidR="00E02F07" w:rsidRDefault="00000000">
      <w:r>
        <w:t>Detalle: _________________________________________________________________________</w:t>
      </w:r>
    </w:p>
    <w:p w14:paraId="2E1F1F87" w14:textId="77777777" w:rsidR="00E02F07" w:rsidRDefault="00000000">
      <w:r>
        <w:rPr>
          <w:b/>
          <w:sz w:val="22"/>
        </w:rPr>
        <w:t>5. CARGAS Y CONDICIONES DE VULNERABILIDAD</w:t>
      </w:r>
    </w:p>
    <w:p w14:paraId="7B095BB3" w14:textId="77777777" w:rsidR="00E02F07" w:rsidRDefault="00000000">
      <w:r>
        <w:t>Marque las condiciones que correspondan:</w:t>
      </w:r>
    </w:p>
    <w:p w14:paraId="310FE42E" w14:textId="77777777" w:rsidR="00E02F07" w:rsidRDefault="00000000" w:rsidP="00B84CD0">
      <w:pPr>
        <w:spacing w:line="240" w:lineRule="auto"/>
      </w:pPr>
      <w:r>
        <w:t xml:space="preserve">☐ </w:t>
      </w:r>
      <w:proofErr w:type="spellStart"/>
      <w:r>
        <w:t>Discapacidad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 o de un integrante del hogar</w:t>
      </w:r>
    </w:p>
    <w:p w14:paraId="49B17FD1" w14:textId="77777777" w:rsidR="00E02F07" w:rsidRDefault="00000000" w:rsidP="00B84CD0">
      <w:pPr>
        <w:spacing w:line="240" w:lineRule="auto"/>
      </w:pPr>
      <w:r>
        <w:t>☐ Enfermedad o tratamiento médico de un integrante del hogar</w:t>
      </w:r>
    </w:p>
    <w:p w14:paraId="39815D3A" w14:textId="77777777" w:rsidR="00E02F07" w:rsidRDefault="00000000" w:rsidP="00B84CD0">
      <w:pPr>
        <w:spacing w:line="240" w:lineRule="auto"/>
      </w:pPr>
      <w:r>
        <w:t>☐ Madre/padre cabeza de hogar</w:t>
      </w:r>
    </w:p>
    <w:p w14:paraId="32E24DEB" w14:textId="77777777" w:rsidR="00E02F07" w:rsidRDefault="00000000" w:rsidP="00B84CD0">
      <w:pPr>
        <w:spacing w:line="240" w:lineRule="auto"/>
      </w:pPr>
      <w:r>
        <w:t>☐ Hijos u otras personas dependientes económicamente</w:t>
      </w:r>
    </w:p>
    <w:p w14:paraId="2ED3EDAA" w14:textId="77777777" w:rsidR="00E02F07" w:rsidRDefault="00000000" w:rsidP="00B84CD0">
      <w:pPr>
        <w:spacing w:line="240" w:lineRule="auto"/>
      </w:pPr>
      <w:r>
        <w:t>☐ Desempleo de la persona que financia los estudios</w:t>
      </w:r>
    </w:p>
    <w:p w14:paraId="13515C91" w14:textId="77777777" w:rsidR="00E02F07" w:rsidRDefault="00000000" w:rsidP="00B84CD0">
      <w:pPr>
        <w:spacing w:line="240" w:lineRule="auto"/>
      </w:pPr>
      <w:r>
        <w:t>☐ Fallecimiento de padre, madre o persona responsable del sostenimiento</w:t>
      </w:r>
    </w:p>
    <w:p w14:paraId="3358D6EE" w14:textId="77777777" w:rsidR="00E02F07" w:rsidRDefault="00000000" w:rsidP="00B84CD0">
      <w:pPr>
        <w:spacing w:line="240" w:lineRule="auto"/>
      </w:pPr>
      <w:r>
        <w:t>☐ Separación o divorcio con afectación económica</w:t>
      </w:r>
    </w:p>
    <w:p w14:paraId="723A4166" w14:textId="77777777" w:rsidR="00E02F07" w:rsidRDefault="00000000" w:rsidP="00B84CD0">
      <w:pPr>
        <w:spacing w:line="240" w:lineRule="auto"/>
      </w:pPr>
      <w:r>
        <w:t>☐ Trabajo informal o ingresos variables</w:t>
      </w:r>
    </w:p>
    <w:p w14:paraId="3FEBD732" w14:textId="77777777" w:rsidR="00E02F07" w:rsidRDefault="00000000" w:rsidP="00B84CD0">
      <w:pPr>
        <w:spacing w:line="240" w:lineRule="auto"/>
      </w:pPr>
      <w:r>
        <w:t>☐ Otra situación socioeconómica o familiar que afecte la permanencia académica</w:t>
      </w:r>
    </w:p>
    <w:p w14:paraId="55AB7DCB" w14:textId="77777777" w:rsidR="00E02F07" w:rsidRDefault="00000000" w:rsidP="00B84CD0">
      <w:pPr>
        <w:spacing w:line="240" w:lineRule="auto"/>
      </w:pPr>
      <w:proofErr w:type="spellStart"/>
      <w:r>
        <w:t>Explique</w:t>
      </w:r>
      <w:proofErr w:type="spellEnd"/>
      <w:r>
        <w:t xml:space="preserve"> </w:t>
      </w:r>
      <w:proofErr w:type="spellStart"/>
      <w:r>
        <w:t>brevemente</w:t>
      </w:r>
      <w:proofErr w:type="spellEnd"/>
      <w:r>
        <w:t xml:space="preserve"> la </w:t>
      </w:r>
      <w:proofErr w:type="spellStart"/>
      <w:r>
        <w:t>situación</w:t>
      </w:r>
      <w:proofErr w:type="spellEnd"/>
      <w:r>
        <w:t xml:space="preserve"> que considera relevante para la solicitud de beca:</w:t>
      </w:r>
    </w:p>
    <w:p w14:paraId="2F05AC6A" w14:textId="77777777" w:rsidR="00E02F07" w:rsidRDefault="00000000">
      <w:r>
        <w:t>________________________________________________________________________________</w:t>
      </w:r>
    </w:p>
    <w:p w14:paraId="07B425EB" w14:textId="77777777" w:rsidR="00E02F07" w:rsidRDefault="00000000">
      <w:r>
        <w:t>________________________________________________________________________________</w:t>
      </w:r>
    </w:p>
    <w:p w14:paraId="251F5FD2" w14:textId="77777777" w:rsidR="00E02F07" w:rsidRDefault="00000000">
      <w:r>
        <w:t>________________________________________________________________________________</w:t>
      </w:r>
    </w:p>
    <w:p w14:paraId="3FABBEA6" w14:textId="77777777" w:rsidR="00E02F07" w:rsidRDefault="00000000">
      <w:r>
        <w:rPr>
          <w:b/>
          <w:sz w:val="22"/>
        </w:rPr>
        <w:t>6. DOCUMENTACIÓN DE RESPALDO DISPONIBLE</w:t>
      </w:r>
    </w:p>
    <w:p w14:paraId="3ABDCB75" w14:textId="77777777" w:rsidR="00E02F07" w:rsidRDefault="00000000">
      <w:r>
        <w:t>Señale los documentos que presenta o que se encuentran disponibles para respaldar la información declarada. No es necesario presentar documentos que no correspondan a su situación.</w:t>
      </w:r>
    </w:p>
    <w:p w14:paraId="1E332996" w14:textId="77777777" w:rsidR="00E02F07" w:rsidRDefault="00000000" w:rsidP="00B84CD0">
      <w:pPr>
        <w:spacing w:line="240" w:lineRule="auto"/>
      </w:pPr>
      <w:r>
        <w:t xml:space="preserve">☐ </w:t>
      </w:r>
      <w:proofErr w:type="spellStart"/>
      <w:r>
        <w:t>Certificado</w:t>
      </w:r>
      <w:proofErr w:type="spellEnd"/>
      <w:r>
        <w:t xml:space="preserve">/consulta de </w:t>
      </w:r>
      <w:proofErr w:type="spellStart"/>
      <w:r>
        <w:t>afiliación</w:t>
      </w:r>
      <w:proofErr w:type="spellEnd"/>
      <w:r>
        <w:t xml:space="preserve"> al IESS</w:t>
      </w:r>
    </w:p>
    <w:p w14:paraId="2BCF306B" w14:textId="77777777" w:rsidR="00E02F07" w:rsidRDefault="00000000" w:rsidP="00B84CD0">
      <w:pPr>
        <w:spacing w:line="240" w:lineRule="auto"/>
      </w:pPr>
      <w:r>
        <w:t>☐ Rol de pagos o certificado de ingresos</w:t>
      </w:r>
    </w:p>
    <w:p w14:paraId="468132F1" w14:textId="77777777" w:rsidR="00E02F07" w:rsidRDefault="00000000" w:rsidP="00B84CD0">
      <w:pPr>
        <w:spacing w:line="240" w:lineRule="auto"/>
      </w:pPr>
      <w:r>
        <w:t>☐ Documento relacionado con actividad económica independiente o informal</w:t>
      </w:r>
    </w:p>
    <w:p w14:paraId="658C189F" w14:textId="77777777" w:rsidR="00E02F07" w:rsidRDefault="00000000" w:rsidP="00B84CD0">
      <w:pPr>
        <w:spacing w:line="240" w:lineRule="auto"/>
      </w:pPr>
      <w:r>
        <w:t>☐ Planilla de servicio básico</w:t>
      </w:r>
    </w:p>
    <w:p w14:paraId="4A997A21" w14:textId="77777777" w:rsidR="00E02F07" w:rsidRDefault="00000000" w:rsidP="00B84CD0">
      <w:pPr>
        <w:spacing w:line="240" w:lineRule="auto"/>
      </w:pPr>
      <w:r>
        <w:t>☐ Documento de arrendamiento o respaldo de vivienda</w:t>
      </w:r>
    </w:p>
    <w:p w14:paraId="7CEF332E" w14:textId="77777777" w:rsidR="00E02F07" w:rsidRDefault="00000000" w:rsidP="00B84CD0">
      <w:pPr>
        <w:spacing w:line="240" w:lineRule="auto"/>
      </w:pPr>
      <w:r>
        <w:t>☐ Documentación de discapacidad</w:t>
      </w:r>
    </w:p>
    <w:p w14:paraId="7F8B5AD3" w14:textId="77777777" w:rsidR="00E02F07" w:rsidRDefault="00000000" w:rsidP="00B84CD0">
      <w:pPr>
        <w:spacing w:line="240" w:lineRule="auto"/>
      </w:pPr>
      <w:r>
        <w:t>☐ Documentación médica disponible</w:t>
      </w:r>
    </w:p>
    <w:p w14:paraId="20285F3E" w14:textId="77777777" w:rsidR="00E02F07" w:rsidRDefault="00000000" w:rsidP="00B84CD0">
      <w:pPr>
        <w:spacing w:line="240" w:lineRule="auto"/>
      </w:pPr>
      <w:r>
        <w:t>☐ Documentación de cargas familiares</w:t>
      </w:r>
    </w:p>
    <w:p w14:paraId="47DA9A7A" w14:textId="77777777" w:rsidR="00E02F07" w:rsidRDefault="00000000" w:rsidP="00B84CD0">
      <w:pPr>
        <w:spacing w:line="240" w:lineRule="auto"/>
      </w:pPr>
      <w:r>
        <w:lastRenderedPageBreak/>
        <w:t>☐ Documentación de fallecimiento</w:t>
      </w:r>
    </w:p>
    <w:p w14:paraId="286502B4" w14:textId="77777777" w:rsidR="00E02F07" w:rsidRDefault="00000000" w:rsidP="00B84CD0">
      <w:pPr>
        <w:spacing w:line="240" w:lineRule="auto"/>
      </w:pPr>
      <w:r>
        <w:t>☐ Otro: ______________________________________________</w:t>
      </w:r>
    </w:p>
    <w:p w14:paraId="462578B3" w14:textId="77777777" w:rsidR="00E02F07" w:rsidRDefault="00000000">
      <w:r>
        <w:rPr>
          <w:b/>
          <w:sz w:val="22"/>
        </w:rPr>
        <w:t>7. DECLARACIÓN</w:t>
      </w:r>
    </w:p>
    <w:p w14:paraId="2694458B" w14:textId="77777777" w:rsidR="00E02F07" w:rsidRDefault="00000000" w:rsidP="00B84CD0">
      <w:pPr>
        <w:jc w:val="both"/>
      </w:pPr>
      <w:r>
        <w:t>Declaro que la información consignada en este documento es verdadera, completa y corresponde a mi situación socioeconómica actual. Conozco que esta declaración será utilizada por la Unidad de Bienestar Institucional como parte de la valoración técnica para la postulación y/o renovación de beca, conjuntamente con la documentación de respaldo disponible, la información institucional y las verificaciones que correspondan.</w:t>
      </w:r>
    </w:p>
    <w:p w14:paraId="52F65CEE" w14:textId="509F038C" w:rsidR="00086E89" w:rsidRDefault="00000000" w:rsidP="00086E89">
      <w:pPr>
        <w:jc w:val="both"/>
      </w:pPr>
      <w:r>
        <w:t xml:space="preserve">Declaro además que, cuando no disponga de documentación formal sobre una condición declarada, podré aportar otros medios de respaldo disponibles o participar en una valoración técnica de Bienestar Institucional, </w:t>
      </w:r>
      <w:proofErr w:type="spellStart"/>
      <w:r>
        <w:t>cuando</w:t>
      </w:r>
      <w:proofErr w:type="spellEnd"/>
      <w:r>
        <w:t xml:space="preserve"> sea </w:t>
      </w:r>
      <w:proofErr w:type="spellStart"/>
      <w:r>
        <w:t>requerida</w:t>
      </w:r>
      <w:proofErr w:type="spellEnd"/>
      <w:r>
        <w:t>.</w:t>
      </w:r>
    </w:p>
    <w:tbl>
      <w:tblPr>
        <w:tblStyle w:val="Tablaconcuadrcula"/>
        <w:tblW w:w="9724" w:type="dxa"/>
        <w:tblLook w:val="04A0" w:firstRow="1" w:lastRow="0" w:firstColumn="1" w:lastColumn="0" w:noHBand="0" w:noVBand="1"/>
      </w:tblPr>
      <w:tblGrid>
        <w:gridCol w:w="1712"/>
        <w:gridCol w:w="2654"/>
        <w:gridCol w:w="3120"/>
        <w:gridCol w:w="2238"/>
      </w:tblGrid>
      <w:tr w:rsidR="00086E89" w14:paraId="36A85D22" w14:textId="77777777" w:rsidTr="00086E89">
        <w:trPr>
          <w:trHeight w:val="545"/>
        </w:trPr>
        <w:tc>
          <w:tcPr>
            <w:tcW w:w="1712" w:type="dxa"/>
          </w:tcPr>
          <w:p w14:paraId="505803B5" w14:textId="77777777" w:rsidR="00086E89" w:rsidRPr="00984D61" w:rsidRDefault="00086E89" w:rsidP="00F23F52">
            <w:pPr>
              <w:jc w:val="center"/>
              <w:rPr>
                <w:b/>
                <w:bCs/>
              </w:rPr>
            </w:pPr>
            <w:r w:rsidRPr="00984D61">
              <w:rPr>
                <w:rFonts w:ascii="Calibri Light"/>
                <w:b/>
                <w:bCs/>
                <w:spacing w:val="-2"/>
              </w:rPr>
              <w:t>DETALLE</w:t>
            </w:r>
          </w:p>
        </w:tc>
        <w:tc>
          <w:tcPr>
            <w:tcW w:w="2654" w:type="dxa"/>
          </w:tcPr>
          <w:p w14:paraId="5B930A26" w14:textId="77777777" w:rsidR="00086E89" w:rsidRPr="00984D61" w:rsidRDefault="00086E89" w:rsidP="00F23F52">
            <w:pPr>
              <w:jc w:val="center"/>
              <w:rPr>
                <w:b/>
                <w:bCs/>
              </w:rPr>
            </w:pPr>
            <w:r w:rsidRPr="00984D61">
              <w:rPr>
                <w:rFonts w:ascii="Calibri Light"/>
                <w:b/>
                <w:bCs/>
              </w:rPr>
              <w:t>NOMBRE Y</w:t>
            </w:r>
            <w:r w:rsidRPr="00984D61">
              <w:rPr>
                <w:rFonts w:ascii="Calibri Light"/>
                <w:b/>
                <w:bCs/>
                <w:spacing w:val="-3"/>
              </w:rPr>
              <w:t xml:space="preserve"> </w:t>
            </w:r>
            <w:r w:rsidRPr="00984D61">
              <w:rPr>
                <w:rFonts w:ascii="Calibri Light"/>
                <w:b/>
                <w:bCs/>
                <w:spacing w:val="-2"/>
              </w:rPr>
              <w:t>APELLIDO</w:t>
            </w:r>
          </w:p>
        </w:tc>
        <w:tc>
          <w:tcPr>
            <w:tcW w:w="3120" w:type="dxa"/>
          </w:tcPr>
          <w:p w14:paraId="32F93404" w14:textId="77777777" w:rsidR="00086E89" w:rsidRPr="00984D61" w:rsidRDefault="00086E89" w:rsidP="00F23F52">
            <w:pPr>
              <w:jc w:val="center"/>
              <w:rPr>
                <w:b/>
                <w:bCs/>
              </w:rPr>
            </w:pPr>
            <w:r w:rsidRPr="00984D61">
              <w:rPr>
                <w:rFonts w:ascii="Calibri Light"/>
                <w:b/>
                <w:bCs/>
                <w:spacing w:val="-4"/>
              </w:rPr>
              <w:t>FIRMA</w:t>
            </w:r>
          </w:p>
        </w:tc>
        <w:tc>
          <w:tcPr>
            <w:tcW w:w="2238" w:type="dxa"/>
          </w:tcPr>
          <w:p w14:paraId="1D4D399F" w14:textId="77777777" w:rsidR="00086E89" w:rsidRPr="00984D61" w:rsidRDefault="00086E89" w:rsidP="00F23F52">
            <w:pPr>
              <w:jc w:val="center"/>
              <w:rPr>
                <w:rFonts w:ascii="Calibri Light"/>
                <w:b/>
                <w:bCs/>
                <w:spacing w:val="-4"/>
              </w:rPr>
            </w:pPr>
            <w:r>
              <w:rPr>
                <w:rFonts w:ascii="Calibri Light"/>
                <w:b/>
                <w:bCs/>
                <w:spacing w:val="-4"/>
              </w:rPr>
              <w:t xml:space="preserve">FECHA </w:t>
            </w:r>
          </w:p>
        </w:tc>
      </w:tr>
      <w:tr w:rsidR="00086E89" w14:paraId="2B790983" w14:textId="77777777" w:rsidTr="00086E89">
        <w:trPr>
          <w:trHeight w:val="1146"/>
        </w:trPr>
        <w:tc>
          <w:tcPr>
            <w:tcW w:w="1712" w:type="dxa"/>
          </w:tcPr>
          <w:p w14:paraId="7409A90E" w14:textId="77777777" w:rsidR="00086E89" w:rsidRDefault="00086E89" w:rsidP="00F23F52">
            <w:pPr>
              <w:rPr>
                <w:b/>
                <w:bCs/>
              </w:rPr>
            </w:pPr>
            <w:proofErr w:type="spellStart"/>
            <w:r>
              <w:rPr>
                <w:rFonts w:ascii="Calibri Light"/>
              </w:rPr>
              <w:t>Elaborado</w:t>
            </w:r>
            <w:proofErr w:type="spellEnd"/>
            <w:r>
              <w:rPr>
                <w:rFonts w:ascii="Calibri Light"/>
                <w:spacing w:val="-6"/>
              </w:rPr>
              <w:t xml:space="preserve"> </w:t>
            </w:r>
            <w:proofErr w:type="spellStart"/>
            <w:r>
              <w:rPr>
                <w:rFonts w:ascii="Calibri Light"/>
                <w:spacing w:val="-4"/>
              </w:rPr>
              <w:t>por</w:t>
            </w:r>
            <w:proofErr w:type="spellEnd"/>
            <w:r>
              <w:rPr>
                <w:rFonts w:ascii="Calibri Light"/>
                <w:spacing w:val="-4"/>
              </w:rPr>
              <w:t>:</w:t>
            </w:r>
          </w:p>
        </w:tc>
        <w:tc>
          <w:tcPr>
            <w:tcW w:w="2654" w:type="dxa"/>
          </w:tcPr>
          <w:p w14:paraId="00EE761F" w14:textId="77777777" w:rsidR="00086E89" w:rsidRDefault="00086E89" w:rsidP="00F23F52">
            <w:pPr>
              <w:rPr>
                <w:b/>
                <w:bCs/>
              </w:rPr>
            </w:pPr>
          </w:p>
          <w:p w14:paraId="52FC0392" w14:textId="77777777" w:rsidR="00086E89" w:rsidRDefault="00086E89" w:rsidP="00F23F52">
            <w:pPr>
              <w:rPr>
                <w:b/>
                <w:bCs/>
              </w:rPr>
            </w:pPr>
          </w:p>
          <w:p w14:paraId="10E23D66" w14:textId="77777777" w:rsidR="00086E89" w:rsidRDefault="00086E89" w:rsidP="00F23F52">
            <w:pPr>
              <w:rPr>
                <w:b/>
                <w:bCs/>
              </w:rPr>
            </w:pPr>
          </w:p>
          <w:p w14:paraId="00AA99CF" w14:textId="5090C7DD" w:rsidR="00086E89" w:rsidRDefault="00086E89" w:rsidP="00F23F52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Estudiante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postulante</w:t>
            </w:r>
            <w:proofErr w:type="spellEnd"/>
          </w:p>
        </w:tc>
        <w:tc>
          <w:tcPr>
            <w:tcW w:w="3120" w:type="dxa"/>
          </w:tcPr>
          <w:p w14:paraId="2BDB5A7D" w14:textId="77777777" w:rsidR="00086E89" w:rsidRDefault="00086E89" w:rsidP="00F23F52">
            <w:pPr>
              <w:rPr>
                <w:b/>
                <w:bCs/>
              </w:rPr>
            </w:pPr>
          </w:p>
        </w:tc>
        <w:tc>
          <w:tcPr>
            <w:tcW w:w="2238" w:type="dxa"/>
          </w:tcPr>
          <w:p w14:paraId="192B4169" w14:textId="7F580180" w:rsidR="00086E89" w:rsidRPr="006242E1" w:rsidRDefault="00086E89" w:rsidP="00F23F52"/>
        </w:tc>
      </w:tr>
      <w:tr w:rsidR="00086E89" w14:paraId="010C5AA5" w14:textId="77777777" w:rsidTr="00086E89">
        <w:trPr>
          <w:trHeight w:val="1062"/>
        </w:trPr>
        <w:tc>
          <w:tcPr>
            <w:tcW w:w="1712" w:type="dxa"/>
          </w:tcPr>
          <w:p w14:paraId="5D6EB6CD" w14:textId="77777777" w:rsidR="00086E89" w:rsidRDefault="00086E89" w:rsidP="00F23F52">
            <w:pPr>
              <w:rPr>
                <w:b/>
                <w:bCs/>
              </w:rPr>
            </w:pPr>
            <w:proofErr w:type="spellStart"/>
            <w:r>
              <w:rPr>
                <w:rFonts w:ascii="Calibri Light"/>
              </w:rPr>
              <w:t>Revisado</w:t>
            </w:r>
            <w:proofErr w:type="spellEnd"/>
            <w:r>
              <w:rPr>
                <w:rFonts w:ascii="Calibri Light"/>
                <w:spacing w:val="-8"/>
              </w:rPr>
              <w:t xml:space="preserve"> y </w:t>
            </w:r>
            <w:proofErr w:type="spellStart"/>
            <w:r>
              <w:rPr>
                <w:rFonts w:ascii="Calibri Light"/>
                <w:spacing w:val="-8"/>
              </w:rPr>
              <w:t>aprobado</w:t>
            </w:r>
            <w:proofErr w:type="spellEnd"/>
            <w:r>
              <w:rPr>
                <w:rFonts w:ascii="Calibri Light"/>
                <w:spacing w:val="-8"/>
              </w:rPr>
              <w:t xml:space="preserve"> </w:t>
            </w:r>
            <w:proofErr w:type="spellStart"/>
            <w:r>
              <w:rPr>
                <w:rFonts w:ascii="Calibri Light"/>
                <w:spacing w:val="-4"/>
              </w:rPr>
              <w:t>por</w:t>
            </w:r>
            <w:proofErr w:type="spellEnd"/>
            <w:r>
              <w:rPr>
                <w:rFonts w:ascii="Calibri Light"/>
                <w:spacing w:val="-4"/>
              </w:rPr>
              <w:t>:</w:t>
            </w:r>
          </w:p>
        </w:tc>
        <w:tc>
          <w:tcPr>
            <w:tcW w:w="2654" w:type="dxa"/>
          </w:tcPr>
          <w:p w14:paraId="6B5CD219" w14:textId="77777777" w:rsidR="00086E89" w:rsidRDefault="00086E89" w:rsidP="00086E89">
            <w:pPr>
              <w:rPr>
                <w:b/>
                <w:bCs/>
              </w:rPr>
            </w:pPr>
          </w:p>
          <w:p w14:paraId="68A0DED2" w14:textId="77777777" w:rsidR="00086E89" w:rsidRDefault="00086E89" w:rsidP="00086E89">
            <w:pPr>
              <w:rPr>
                <w:b/>
                <w:bCs/>
              </w:rPr>
            </w:pPr>
          </w:p>
          <w:p w14:paraId="1D0CDED3" w14:textId="77777777" w:rsidR="00086E89" w:rsidRDefault="00086E89" w:rsidP="00086E89">
            <w:pPr>
              <w:rPr>
                <w:b/>
                <w:bCs/>
              </w:rPr>
            </w:pPr>
          </w:p>
          <w:p w14:paraId="7B67AE3F" w14:textId="00A59F03" w:rsidR="00086E89" w:rsidRDefault="00086E89" w:rsidP="00086E89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Encargado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revisar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documentación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3120" w:type="dxa"/>
          </w:tcPr>
          <w:p w14:paraId="5394B241" w14:textId="77777777" w:rsidR="00086E89" w:rsidRPr="006242E1" w:rsidRDefault="00086E89" w:rsidP="00F23F52"/>
        </w:tc>
        <w:tc>
          <w:tcPr>
            <w:tcW w:w="2238" w:type="dxa"/>
          </w:tcPr>
          <w:p w14:paraId="0A873BC3" w14:textId="6E3E7E10" w:rsidR="00086E89" w:rsidRPr="006242E1" w:rsidRDefault="00086E89" w:rsidP="00F23F52"/>
        </w:tc>
      </w:tr>
    </w:tbl>
    <w:p w14:paraId="5D7D6C42" w14:textId="5126A78B" w:rsidR="00E02F07" w:rsidRDefault="00E02F07" w:rsidP="00086E89"/>
    <w:sectPr w:rsidR="00E02F07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BB2A9" w14:textId="77777777" w:rsidR="00926F95" w:rsidRDefault="00926F95" w:rsidP="00086E89">
      <w:pPr>
        <w:spacing w:after="0" w:line="240" w:lineRule="auto"/>
      </w:pPr>
      <w:r>
        <w:separator/>
      </w:r>
    </w:p>
  </w:endnote>
  <w:endnote w:type="continuationSeparator" w:id="0">
    <w:p w14:paraId="544FEBB1" w14:textId="77777777" w:rsidR="00926F95" w:rsidRDefault="00926F95" w:rsidP="00086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65E65" w14:textId="77777777" w:rsidR="00926F95" w:rsidRDefault="00926F95" w:rsidP="00086E89">
      <w:pPr>
        <w:spacing w:after="0" w:line="240" w:lineRule="auto"/>
      </w:pPr>
      <w:r>
        <w:separator/>
      </w:r>
    </w:p>
  </w:footnote>
  <w:footnote w:type="continuationSeparator" w:id="0">
    <w:p w14:paraId="29D1CF98" w14:textId="77777777" w:rsidR="00926F95" w:rsidRDefault="00926F95" w:rsidP="00086E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4D1C" w14:textId="652CB729" w:rsidR="00086E89" w:rsidRDefault="00086E89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F7B97ED" wp14:editId="0D6A2E53">
          <wp:simplePos x="0" y="0"/>
          <wp:positionH relativeFrom="page">
            <wp:posOffset>233045</wp:posOffset>
          </wp:positionH>
          <wp:positionV relativeFrom="paragraph">
            <wp:posOffset>-533400</wp:posOffset>
          </wp:positionV>
          <wp:extent cx="7547610" cy="9953625"/>
          <wp:effectExtent l="0" t="0" r="0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ja membretada QUITO Actualizada_Mesa de trabajo 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610" cy="9953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2B48A6"/>
    <w:multiLevelType w:val="multilevel"/>
    <w:tmpl w:val="B2445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886734">
    <w:abstractNumId w:val="8"/>
  </w:num>
  <w:num w:numId="2" w16cid:durableId="718633500">
    <w:abstractNumId w:val="6"/>
  </w:num>
  <w:num w:numId="3" w16cid:durableId="1279990031">
    <w:abstractNumId w:val="5"/>
  </w:num>
  <w:num w:numId="4" w16cid:durableId="1574512789">
    <w:abstractNumId w:val="4"/>
  </w:num>
  <w:num w:numId="5" w16cid:durableId="1703558538">
    <w:abstractNumId w:val="7"/>
  </w:num>
  <w:num w:numId="6" w16cid:durableId="1401706343">
    <w:abstractNumId w:val="3"/>
  </w:num>
  <w:num w:numId="7" w16cid:durableId="494224723">
    <w:abstractNumId w:val="2"/>
  </w:num>
  <w:num w:numId="8" w16cid:durableId="577205490">
    <w:abstractNumId w:val="1"/>
  </w:num>
  <w:num w:numId="9" w16cid:durableId="1186137767">
    <w:abstractNumId w:val="0"/>
  </w:num>
  <w:num w:numId="10" w16cid:durableId="21002539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E89"/>
    <w:rsid w:val="0015074B"/>
    <w:rsid w:val="0029639D"/>
    <w:rsid w:val="00326F90"/>
    <w:rsid w:val="005F245A"/>
    <w:rsid w:val="00662F1A"/>
    <w:rsid w:val="00926F95"/>
    <w:rsid w:val="00AA1D8D"/>
    <w:rsid w:val="00B47730"/>
    <w:rsid w:val="00B84CD0"/>
    <w:rsid w:val="00CB0664"/>
    <w:rsid w:val="00E02F0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834C7"/>
  <w14:defaultImageDpi w14:val="300"/>
  <w15:docId w15:val="{E62AA384-4E85-4FB3-BA02-68698882D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Paragraph">
    <w:name w:val="Table Paragraph"/>
    <w:basedOn w:val="Normal"/>
    <w:uiPriority w:val="1"/>
    <w:qFormat/>
    <w:rsid w:val="00086E8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688</Words>
  <Characters>3784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Bienestar  Estudiantil</cp:lastModifiedBy>
  <cp:revision>2</cp:revision>
  <dcterms:created xsi:type="dcterms:W3CDTF">2026-08-11T17:47:00Z</dcterms:created>
  <dcterms:modified xsi:type="dcterms:W3CDTF">2026-08-11T17:47:00Z</dcterms:modified>
  <cp:category/>
</cp:coreProperties>
</file>